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E5" w:rsidRDefault="002574E5">
      <w:pPr>
        <w:pStyle w:val="1"/>
        <w:rPr>
          <w:lang w:val="fr-FR"/>
        </w:rPr>
      </w:pPr>
      <w:r w:rsidRPr="002574E5">
        <w:rPr>
          <w:lang w:val="fr-FR"/>
        </w:rPr>
        <w:t>(</w:t>
      </w:r>
      <w:r>
        <w:rPr>
          <w:lang w:val="fr-FR"/>
        </w:rPr>
        <w:t xml:space="preserve">RO) </w:t>
      </w:r>
    </w:p>
    <w:p w:rsidR="00936BE9" w:rsidRPr="002574E5" w:rsidRDefault="00992CB2">
      <w:pPr>
        <w:pStyle w:val="1"/>
        <w:rPr>
          <w:lang w:val="fr-FR"/>
        </w:rPr>
      </w:pPr>
      <w:r w:rsidRPr="002574E5">
        <w:rPr>
          <w:lang w:val="fr-FR"/>
        </w:rPr>
        <w:t>Formular de a</w:t>
      </w:r>
      <w:r w:rsidR="001C4054" w:rsidRPr="002574E5">
        <w:rPr>
          <w:lang w:val="fr-FR"/>
        </w:rPr>
        <w:t xml:space="preserve">plicare – Atelier pentru tineri </w:t>
      </w:r>
      <w:r w:rsidRPr="002574E5">
        <w:rPr>
          <w:lang w:val="fr-FR"/>
        </w:rPr>
        <w:t>„Memorie, responsabilitate și solidaritate: tinerii în fața lecțiilor Holocaustului”</w:t>
      </w:r>
    </w:p>
    <w:p w:rsidR="00936BE9" w:rsidRDefault="00992CB2" w:rsidP="001C4054">
      <w:r w:rsidRPr="002574E5">
        <w:rPr>
          <w:lang w:val="fr-FR"/>
        </w:rPr>
        <w:t xml:space="preserve">Acest formular este destinat tinerilor cu vârsta între 20–30 de ani care doresc să participe la atelierul </w:t>
      </w:r>
      <w:r w:rsidR="00AD158E" w:rsidRPr="002574E5">
        <w:rPr>
          <w:lang w:val="fr-FR"/>
        </w:rPr>
        <w:t>“</w:t>
      </w:r>
      <w:r w:rsidR="00AD158E" w:rsidRPr="002574E5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Memorie, responsabilitate și solidaritate: tinerii în fața lecțiilor Holocaustului”</w:t>
      </w:r>
      <w:r w:rsidR="00AD158E" w:rsidRPr="002574E5">
        <w:rPr>
          <w:lang w:val="fr-FR"/>
        </w:rPr>
        <w:t xml:space="preserve"> </w:t>
      </w:r>
      <w:r w:rsidRPr="002574E5">
        <w:rPr>
          <w:lang w:val="fr-FR"/>
        </w:rPr>
        <w:t>organizat la Chișinău</w:t>
      </w:r>
      <w:r w:rsidR="00AD158E" w:rsidRPr="002574E5">
        <w:rPr>
          <w:lang w:val="fr-FR"/>
        </w:rPr>
        <w:t xml:space="preserve"> în data de 17-18 Februarie 2026 </w:t>
      </w:r>
      <w:r w:rsidRPr="002574E5">
        <w:rPr>
          <w:lang w:val="fr-FR"/>
        </w:rPr>
        <w:t>. Selecția participanților va avea la bază motivați</w:t>
      </w:r>
      <w:r w:rsidR="00DB417B" w:rsidRPr="002574E5">
        <w:rPr>
          <w:lang w:val="fr-FR"/>
        </w:rPr>
        <w:t>ei</w:t>
      </w:r>
      <w:r w:rsidRPr="002574E5">
        <w:rPr>
          <w:lang w:val="fr-FR"/>
        </w:rPr>
        <w:t>, implicarea civică și potențialul de multiplicare a cunoștințelor în comunitate.</w:t>
      </w:r>
      <w:r w:rsidR="00386559" w:rsidRPr="002574E5">
        <w:rPr>
          <w:lang w:val="fr-FR"/>
        </w:rPr>
        <w:t xml:space="preserve"> Acest formular necesita a fi completat si trimis pe adresa de e-mail</w:t>
      </w:r>
      <w:r w:rsidR="00DB417B" w:rsidRPr="002574E5">
        <w:rPr>
          <w:lang w:val="fr-FR"/>
        </w:rPr>
        <w:t xml:space="preserve">: </w:t>
      </w:r>
      <w:r w:rsidR="00386559" w:rsidRPr="002574E5">
        <w:rPr>
          <w:lang w:val="fr-FR"/>
        </w:rPr>
        <w:t xml:space="preserve"> </w:t>
      </w:r>
      <w:hyperlink r:id="rId7" w:history="1">
        <w:r w:rsidR="00DB417B" w:rsidRPr="002574E5">
          <w:rPr>
            <w:rStyle w:val="aff8"/>
            <w:lang w:val="fr-FR"/>
          </w:rPr>
          <w:t>secretariat@ari.gov.m</w:t>
        </w:r>
      </w:hyperlink>
      <w:r w:rsidR="00DB417B" w:rsidRPr="002574E5">
        <w:rPr>
          <w:rStyle w:val="aff8"/>
          <w:lang w:val="fr-FR"/>
        </w:rPr>
        <w:t>d</w:t>
      </w:r>
      <w:r w:rsidR="00386559" w:rsidRPr="002574E5">
        <w:rPr>
          <w:lang w:val="fr-FR"/>
        </w:rPr>
        <w:t xml:space="preserve"> pînă la data de 10 Februarie 2026 inclusiv.</w:t>
      </w:r>
      <w:r w:rsidRPr="002574E5">
        <w:rPr>
          <w:lang w:val="fr-FR"/>
        </w:rPr>
        <w:br/>
      </w:r>
      <w:r w:rsidRPr="001C405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I. Date personale</w:t>
      </w:r>
    </w:p>
    <w:tbl>
      <w:tblPr>
        <w:tblStyle w:val="TableNormal"/>
        <w:tblW w:w="93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663"/>
        <w:gridCol w:w="994"/>
        <w:gridCol w:w="1276"/>
        <w:gridCol w:w="2400"/>
      </w:tblGrid>
      <w:tr w:rsidR="004A0FFE" w:rsidTr="00063BF9">
        <w:trPr>
          <w:trHeight w:val="431"/>
        </w:trPr>
        <w:tc>
          <w:tcPr>
            <w:tcW w:w="9346" w:type="dxa"/>
            <w:gridSpan w:val="5"/>
            <w:shd w:val="clear" w:color="auto" w:fill="F1F1F1"/>
          </w:tcPr>
          <w:p w:rsidR="004A0FFE" w:rsidRDefault="004A0FFE" w:rsidP="00BA0098">
            <w:pPr>
              <w:pStyle w:val="TableParagraph"/>
              <w:spacing w:before="55"/>
              <w:ind w:left="16"/>
              <w:jc w:val="center"/>
              <w:rPr>
                <w:rFonts w:ascii="Arial MT"/>
                <w:sz w:val="28"/>
              </w:rPr>
            </w:pPr>
          </w:p>
        </w:tc>
      </w:tr>
      <w:tr w:rsidR="004A0FFE" w:rsidTr="00063BF9">
        <w:trPr>
          <w:trHeight w:val="432"/>
        </w:trPr>
        <w:tc>
          <w:tcPr>
            <w:tcW w:w="2013" w:type="dxa"/>
            <w:shd w:val="clear" w:color="auto" w:fill="F1F1F1"/>
          </w:tcPr>
          <w:p w:rsidR="004A0FFE" w:rsidRPr="001C4054" w:rsidRDefault="004A0FFE" w:rsidP="001C4054">
            <w:proofErr w:type="spellStart"/>
            <w:r w:rsidRPr="001C4054">
              <w:t>Nume</w:t>
            </w:r>
            <w:proofErr w:type="spellEnd"/>
            <w:r w:rsidRPr="001C4054">
              <w:t xml:space="preserve">, </w:t>
            </w:r>
            <w:proofErr w:type="spellStart"/>
            <w:r w:rsidRPr="001C4054">
              <w:t>prenume</w:t>
            </w:r>
            <w:proofErr w:type="spellEnd"/>
            <w:r w:rsidRPr="001C4054">
              <w:t xml:space="preserve"> </w:t>
            </w:r>
            <w:proofErr w:type="spellStart"/>
            <w:r w:rsidRPr="001C4054">
              <w:t>aplicant</w:t>
            </w:r>
            <w:proofErr w:type="spellEnd"/>
            <w:r w:rsidRPr="001C4054">
              <w:t>:</w:t>
            </w:r>
          </w:p>
        </w:tc>
        <w:tc>
          <w:tcPr>
            <w:tcW w:w="7333" w:type="dxa"/>
            <w:gridSpan w:val="4"/>
          </w:tcPr>
          <w:p w:rsidR="004A0FFE" w:rsidRPr="001C4054" w:rsidRDefault="004A0FFE" w:rsidP="001C4054"/>
        </w:tc>
      </w:tr>
      <w:tr w:rsidR="004A0FFE" w:rsidTr="00063BF9">
        <w:trPr>
          <w:trHeight w:val="431"/>
        </w:trPr>
        <w:tc>
          <w:tcPr>
            <w:tcW w:w="2013" w:type="dxa"/>
            <w:shd w:val="clear" w:color="auto" w:fill="F1F1F1"/>
          </w:tcPr>
          <w:p w:rsidR="004A0FFE" w:rsidRPr="001C4054" w:rsidRDefault="004A0FFE" w:rsidP="001C4054">
            <w:r w:rsidRPr="001C4054">
              <w:t xml:space="preserve">Data </w:t>
            </w:r>
            <w:proofErr w:type="spellStart"/>
            <w:r w:rsidRPr="001C4054">
              <w:t>nașterii</w:t>
            </w:r>
            <w:proofErr w:type="spellEnd"/>
            <w:r w:rsidRPr="001C4054">
              <w:t>:</w:t>
            </w:r>
          </w:p>
        </w:tc>
        <w:tc>
          <w:tcPr>
            <w:tcW w:w="2663" w:type="dxa"/>
          </w:tcPr>
          <w:p w:rsidR="004A0FFE" w:rsidRPr="001C4054" w:rsidRDefault="004A0FFE" w:rsidP="001C4054"/>
        </w:tc>
        <w:tc>
          <w:tcPr>
            <w:tcW w:w="2270" w:type="dxa"/>
            <w:gridSpan w:val="2"/>
            <w:shd w:val="clear" w:color="auto" w:fill="F1F1F1"/>
          </w:tcPr>
          <w:p w:rsidR="004A0FFE" w:rsidRPr="001C4054" w:rsidRDefault="004A0FFE" w:rsidP="001C4054">
            <w:proofErr w:type="spellStart"/>
            <w:r w:rsidRPr="001C4054">
              <w:t>Localitatea</w:t>
            </w:r>
            <w:proofErr w:type="spellEnd"/>
            <w:r w:rsidRPr="001C4054">
              <w:t xml:space="preserve"> de </w:t>
            </w:r>
            <w:proofErr w:type="spellStart"/>
            <w:r w:rsidRPr="001C4054">
              <w:t>domiciliu</w:t>
            </w:r>
            <w:proofErr w:type="spellEnd"/>
            <w:r w:rsidRPr="001C4054">
              <w:t>:</w:t>
            </w:r>
          </w:p>
        </w:tc>
        <w:tc>
          <w:tcPr>
            <w:tcW w:w="2400" w:type="dxa"/>
          </w:tcPr>
          <w:p w:rsidR="004A0FFE" w:rsidRPr="001C4054" w:rsidRDefault="004A0FFE" w:rsidP="001C4054"/>
        </w:tc>
      </w:tr>
      <w:tr w:rsidR="004A0FFE" w:rsidTr="00063BF9">
        <w:trPr>
          <w:trHeight w:val="431"/>
        </w:trPr>
        <w:tc>
          <w:tcPr>
            <w:tcW w:w="2013" w:type="dxa"/>
            <w:shd w:val="clear" w:color="auto" w:fill="F1F1F1"/>
          </w:tcPr>
          <w:p w:rsidR="004A0FFE" w:rsidRPr="001C4054" w:rsidRDefault="004A0FFE" w:rsidP="001C4054">
            <w:proofErr w:type="spellStart"/>
            <w:r w:rsidRPr="001C4054">
              <w:t>Telefon</w:t>
            </w:r>
            <w:proofErr w:type="spellEnd"/>
            <w:r w:rsidRPr="001C4054">
              <w:t xml:space="preserve"> de contact:</w:t>
            </w:r>
          </w:p>
        </w:tc>
        <w:tc>
          <w:tcPr>
            <w:tcW w:w="2663" w:type="dxa"/>
          </w:tcPr>
          <w:p w:rsidR="004A0FFE" w:rsidRPr="001C4054" w:rsidRDefault="004A0FFE" w:rsidP="001C4054"/>
        </w:tc>
        <w:tc>
          <w:tcPr>
            <w:tcW w:w="2270" w:type="dxa"/>
            <w:gridSpan w:val="2"/>
            <w:shd w:val="clear" w:color="auto" w:fill="F1F1F1"/>
          </w:tcPr>
          <w:p w:rsidR="004A0FFE" w:rsidRPr="001C4054" w:rsidRDefault="004A0FFE" w:rsidP="001C4054">
            <w:proofErr w:type="spellStart"/>
            <w:r w:rsidRPr="001C4054">
              <w:t>Adresa</w:t>
            </w:r>
            <w:proofErr w:type="spellEnd"/>
            <w:r w:rsidRPr="001C4054">
              <w:t xml:space="preserve"> de email:</w:t>
            </w:r>
          </w:p>
        </w:tc>
        <w:tc>
          <w:tcPr>
            <w:tcW w:w="2400" w:type="dxa"/>
          </w:tcPr>
          <w:p w:rsidR="004A0FFE" w:rsidRPr="001C4054" w:rsidRDefault="004A0FFE" w:rsidP="001C4054"/>
        </w:tc>
      </w:tr>
      <w:tr w:rsidR="004A0FFE" w:rsidTr="00063BF9">
        <w:trPr>
          <w:trHeight w:val="432"/>
        </w:trPr>
        <w:tc>
          <w:tcPr>
            <w:tcW w:w="2013" w:type="dxa"/>
            <w:shd w:val="clear" w:color="auto" w:fill="F1F1F1"/>
          </w:tcPr>
          <w:p w:rsidR="004A0FFE" w:rsidRPr="001C4054" w:rsidRDefault="004A0FFE" w:rsidP="001C4054">
            <w:proofErr w:type="spellStart"/>
            <w:r w:rsidRPr="001C4054">
              <w:t>Apartenența</w:t>
            </w:r>
            <w:proofErr w:type="spellEnd"/>
            <w:r w:rsidRPr="001C4054">
              <w:t xml:space="preserve"> </w:t>
            </w:r>
            <w:proofErr w:type="spellStart"/>
            <w:r w:rsidRPr="001C4054">
              <w:t>etnică</w:t>
            </w:r>
            <w:proofErr w:type="spellEnd"/>
            <w:r w:rsidRPr="001C4054">
              <w:t>:</w:t>
            </w:r>
          </w:p>
        </w:tc>
        <w:tc>
          <w:tcPr>
            <w:tcW w:w="3657" w:type="dxa"/>
            <w:gridSpan w:val="2"/>
          </w:tcPr>
          <w:p w:rsidR="004A0FFE" w:rsidRPr="001C4054" w:rsidRDefault="004A0FFE" w:rsidP="001C4054"/>
        </w:tc>
        <w:tc>
          <w:tcPr>
            <w:tcW w:w="1276" w:type="dxa"/>
            <w:shd w:val="clear" w:color="auto" w:fill="F1F1F1"/>
          </w:tcPr>
          <w:p w:rsidR="004A0FFE" w:rsidRPr="001C4054" w:rsidRDefault="004A0FFE" w:rsidP="001C4054">
            <w:r w:rsidRPr="001C4054">
              <w:t>Gender:</w:t>
            </w:r>
          </w:p>
        </w:tc>
        <w:tc>
          <w:tcPr>
            <w:tcW w:w="2400" w:type="dxa"/>
          </w:tcPr>
          <w:p w:rsidR="004A0FFE" w:rsidRPr="001C4054" w:rsidRDefault="004A0FFE" w:rsidP="001C4054"/>
        </w:tc>
      </w:tr>
    </w:tbl>
    <w:p w:rsidR="004A0FFE" w:rsidRDefault="004A0FFE"/>
    <w:p w:rsidR="00936BE9" w:rsidRDefault="00992CB2">
      <w:pPr>
        <w:pStyle w:val="21"/>
      </w:pPr>
      <w:r>
        <w:t>II. Profil și implicare civică</w:t>
      </w:r>
    </w:p>
    <w:p w:rsidR="00936BE9" w:rsidRPr="002574E5" w:rsidRDefault="00992CB2">
      <w:pPr>
        <w:rPr>
          <w:lang w:val="fr-FR"/>
        </w:rPr>
      </w:pPr>
      <w:r w:rsidRPr="002574E5">
        <w:rPr>
          <w:lang w:val="fr-FR"/>
        </w:rPr>
        <w:t>7. Faceți parte dintr-o organizație, centru de tineret sau inițiativă civică?</w:t>
      </w:r>
    </w:p>
    <w:tbl>
      <w:tblPr>
        <w:tblStyle w:val="aff0"/>
        <w:tblW w:w="9493" w:type="dxa"/>
        <w:tblLook w:val="04A0" w:firstRow="1" w:lastRow="0" w:firstColumn="1" w:lastColumn="0" w:noHBand="0" w:noVBand="1"/>
      </w:tblPr>
      <w:tblGrid>
        <w:gridCol w:w="3082"/>
        <w:gridCol w:w="6411"/>
      </w:tblGrid>
      <w:tr w:rsidR="00936BE9" w:rsidTr="00063BF9">
        <w:tc>
          <w:tcPr>
            <w:tcW w:w="3082" w:type="dxa"/>
          </w:tcPr>
          <w:p w:rsidR="00936BE9" w:rsidRDefault="00992CB2">
            <w:r>
              <w:t>☐ Da</w:t>
            </w:r>
          </w:p>
        </w:tc>
        <w:tc>
          <w:tcPr>
            <w:tcW w:w="6411" w:type="dxa"/>
          </w:tcPr>
          <w:p w:rsidR="00936BE9" w:rsidRDefault="00992CB2">
            <w:r>
              <w:t>☐ Nu</w:t>
            </w:r>
          </w:p>
        </w:tc>
      </w:tr>
      <w:tr w:rsidR="00936BE9" w:rsidTr="00063BF9">
        <w:tc>
          <w:tcPr>
            <w:tcW w:w="3082" w:type="dxa"/>
          </w:tcPr>
          <w:p w:rsidR="00936BE9" w:rsidRDefault="00992CB2">
            <w:r>
              <w:t>Dacă da, indicați denumirea:</w:t>
            </w:r>
          </w:p>
        </w:tc>
        <w:tc>
          <w:tcPr>
            <w:tcW w:w="6411" w:type="dxa"/>
          </w:tcPr>
          <w:p w:rsidR="00936BE9" w:rsidRDefault="00936BE9"/>
          <w:p w:rsidR="004A0FFE" w:rsidRDefault="004A0FFE"/>
        </w:tc>
      </w:tr>
    </w:tbl>
    <w:p w:rsidR="00936BE9" w:rsidRPr="002574E5" w:rsidRDefault="00992CB2">
      <w:pPr>
        <w:rPr>
          <w:lang w:val="fr-FR"/>
        </w:rPr>
      </w:pPr>
      <w:r w:rsidRPr="002574E5">
        <w:rPr>
          <w:lang w:val="fr-FR"/>
        </w:rPr>
        <w:t>8. Descrieți pe scurt experiența dvs. în activități de tineret, educaționale, civice sau de voluntariat:</w:t>
      </w:r>
    </w:p>
    <w:p w:rsidR="00802C4F" w:rsidRPr="002574E5" w:rsidRDefault="00802C4F" w:rsidP="00802C4F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802C4F" w:rsidRPr="002574E5" w:rsidRDefault="00802C4F" w:rsidP="00802C4F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802C4F" w:rsidRPr="002574E5" w:rsidRDefault="00802C4F" w:rsidP="00802C4F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936BE9" w:rsidRPr="002574E5" w:rsidRDefault="00992CB2">
      <w:pPr>
        <w:pStyle w:val="21"/>
        <w:rPr>
          <w:lang w:val="fr-FR"/>
        </w:rPr>
      </w:pPr>
      <w:r w:rsidRPr="002574E5">
        <w:rPr>
          <w:lang w:val="fr-FR"/>
        </w:rPr>
        <w:t>III. Motivație și relevanță pentru proiect</w:t>
      </w:r>
    </w:p>
    <w:p w:rsidR="00936BE9" w:rsidRPr="002574E5" w:rsidRDefault="00992CB2">
      <w:pPr>
        <w:rPr>
          <w:lang w:val="fr-FR"/>
        </w:rPr>
      </w:pPr>
      <w:r w:rsidRPr="002574E5">
        <w:rPr>
          <w:lang w:val="fr-FR"/>
        </w:rPr>
        <w:t>9. Care este motivația dvs. de a participa la acest atelier dedicat memoriei Holocaustului și combaterii discriminării? (150–200 cuvinte)</w:t>
      </w:r>
    </w:p>
    <w:p w:rsidR="001C4054" w:rsidRPr="002574E5" w:rsidRDefault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 </w:t>
      </w:r>
    </w:p>
    <w:p w:rsidR="001C4054" w:rsidRPr="002574E5" w:rsidRDefault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 </w:t>
      </w:r>
    </w:p>
    <w:p w:rsidR="001C4054" w:rsidRPr="002574E5" w:rsidRDefault="001C4054">
      <w:pPr>
        <w:rPr>
          <w:lang w:val="fr-FR"/>
        </w:rPr>
      </w:pPr>
      <w:r w:rsidRPr="002574E5">
        <w:rPr>
          <w:lang w:val="fr-FR"/>
        </w:rPr>
        <w:t>_____________________________________________________________________________________________________</w:t>
      </w:r>
    </w:p>
    <w:p w:rsidR="001C4054" w:rsidRPr="002574E5" w:rsidRDefault="001C4054">
      <w:pPr>
        <w:rPr>
          <w:lang w:val="fr-FR"/>
        </w:rPr>
      </w:pPr>
      <w:r w:rsidRPr="002574E5">
        <w:rPr>
          <w:lang w:val="fr-FR"/>
        </w:rPr>
        <w:lastRenderedPageBreak/>
        <w:t>_____________________________________________________________________________________________________</w:t>
      </w:r>
    </w:p>
    <w:p w:rsidR="00936BE9" w:rsidRPr="002574E5" w:rsidRDefault="00992CB2">
      <w:pPr>
        <w:rPr>
          <w:lang w:val="fr-FR"/>
        </w:rPr>
      </w:pPr>
      <w:r w:rsidRPr="002574E5">
        <w:rPr>
          <w:lang w:val="fr-FR"/>
        </w:rPr>
        <w:t>10. Ce cunoștințe sau experiențe anterioare aveți legate de Holocaust, drepturile omului, nediscriminare sau discursul de ură?</w:t>
      </w:r>
    </w:p>
    <w:p w:rsidR="001C4054" w:rsidRPr="002574E5" w:rsidRDefault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1C4054" w:rsidRPr="002574E5" w:rsidRDefault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1C4054" w:rsidRPr="002574E5" w:rsidRDefault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936BE9" w:rsidRPr="002574E5" w:rsidRDefault="00992CB2">
      <w:pPr>
        <w:rPr>
          <w:lang w:val="fr-FR"/>
        </w:rPr>
      </w:pPr>
      <w:r w:rsidRPr="002574E5">
        <w:rPr>
          <w:lang w:val="fr-FR"/>
        </w:rPr>
        <w:t>11. De ce considerați că acest atelier este relevant pentru comunitatea sau organizația din care faceți parte?</w:t>
      </w:r>
    </w:p>
    <w:p w:rsidR="001C4054" w:rsidRPr="002574E5" w:rsidRDefault="001C4054" w:rsidP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1C4054" w:rsidRPr="002574E5" w:rsidRDefault="001C4054" w:rsidP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1C4054" w:rsidRPr="002574E5" w:rsidRDefault="001C4054" w:rsidP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936BE9" w:rsidRPr="002574E5" w:rsidRDefault="00992CB2">
      <w:pPr>
        <w:pStyle w:val="21"/>
        <w:rPr>
          <w:lang w:val="fr-FR"/>
        </w:rPr>
      </w:pPr>
      <w:r w:rsidRPr="002574E5">
        <w:rPr>
          <w:lang w:val="fr-FR"/>
        </w:rPr>
        <w:t>IV. Impact și multiplicare</w:t>
      </w:r>
    </w:p>
    <w:p w:rsidR="00936BE9" w:rsidRPr="002574E5" w:rsidRDefault="00992CB2">
      <w:pPr>
        <w:rPr>
          <w:lang w:val="fr-FR"/>
        </w:rPr>
      </w:pPr>
      <w:r w:rsidRPr="002574E5">
        <w:rPr>
          <w:lang w:val="fr-FR"/>
        </w:rPr>
        <w:t>12. Cum intenționați să valorificați și să multiplicați cunoștințele dobândite după atelier (ex. activități în comunitate, ONG, centru de tineret, instituție educațională)?</w:t>
      </w:r>
    </w:p>
    <w:p w:rsidR="001C4054" w:rsidRPr="002574E5" w:rsidRDefault="001C4054" w:rsidP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1C4054" w:rsidRPr="002574E5" w:rsidRDefault="001C4054" w:rsidP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1C4054" w:rsidRPr="002574E5" w:rsidRDefault="001C4054" w:rsidP="001C4054">
      <w:pPr>
        <w:rPr>
          <w:lang w:val="fr-FR"/>
        </w:rPr>
      </w:pPr>
      <w:r w:rsidRPr="002574E5">
        <w:rPr>
          <w:lang w:val="fr-FR"/>
        </w:rPr>
        <w:t xml:space="preserve">______________________________________________________________________________________________________ </w:t>
      </w:r>
    </w:p>
    <w:p w:rsidR="001C4054" w:rsidRPr="002574E5" w:rsidRDefault="00992CB2" w:rsidP="001C4054">
      <w:pPr>
        <w:rPr>
          <w:lang w:val="fr-FR"/>
        </w:rPr>
      </w:pPr>
      <w:r w:rsidRPr="002574E5">
        <w:rPr>
          <w:lang w:val="fr-FR"/>
        </w:rPr>
        <w:t>13. Sunteți dispus(ă) să rămâneți implicat(ă) în rețeaua informală de tineri promotori ai memoriei Holocaustului și ai nediscriminării?</w:t>
      </w:r>
    </w:p>
    <w:p w:rsidR="00936BE9" w:rsidRPr="002574E5" w:rsidRDefault="00992CB2" w:rsidP="001C4054">
      <w:pPr>
        <w:pStyle w:val="21"/>
        <w:rPr>
          <w:lang w:val="fr-FR"/>
        </w:rPr>
      </w:pPr>
      <w:r w:rsidRPr="002574E5">
        <w:rPr>
          <w:lang w:val="fr-FR"/>
        </w:rPr>
        <w:t>V. Disponibilitate și declarație</w:t>
      </w:r>
    </w:p>
    <w:p w:rsidR="00936BE9" w:rsidRPr="002574E5" w:rsidRDefault="00992CB2">
      <w:pPr>
        <w:rPr>
          <w:lang w:val="fr-FR"/>
        </w:rPr>
      </w:pPr>
      <w:r w:rsidRPr="002574E5">
        <w:rPr>
          <w:lang w:val="fr-FR"/>
        </w:rPr>
        <w:t>14. Confirmați disponibilitatea de a participa pe întreaga durată a atelierului (2–3 zile)?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36BE9">
        <w:tc>
          <w:tcPr>
            <w:tcW w:w="4320" w:type="dxa"/>
          </w:tcPr>
          <w:p w:rsidR="00936BE9" w:rsidRDefault="00992CB2">
            <w:r>
              <w:t>☐ Da</w:t>
            </w:r>
          </w:p>
        </w:tc>
        <w:tc>
          <w:tcPr>
            <w:tcW w:w="4320" w:type="dxa"/>
          </w:tcPr>
          <w:p w:rsidR="00936BE9" w:rsidRDefault="00992CB2">
            <w:r>
              <w:t>☐ Nu</w:t>
            </w:r>
          </w:p>
        </w:tc>
      </w:tr>
    </w:tbl>
    <w:p w:rsidR="00936BE9" w:rsidRDefault="00992CB2">
      <w:r>
        <w:t>15. Declarație:</w:t>
      </w:r>
      <w:r>
        <w:br/>
        <w:t>Confirm corectitudinea informațiilor oferite și sunt de acord cu prelucrarea acestora în scopul selecției participanților, conform legislației în vigoare.</w:t>
      </w:r>
      <w:r>
        <w:br/>
      </w:r>
    </w:p>
    <w:p w:rsidR="00936BE9" w:rsidRDefault="00992CB2">
      <w:r>
        <w:t>Nume complet, data și semnătura: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36BE9">
        <w:tc>
          <w:tcPr>
            <w:tcW w:w="4320" w:type="dxa"/>
          </w:tcPr>
          <w:p w:rsidR="00936BE9" w:rsidRDefault="00936BE9"/>
        </w:tc>
        <w:tc>
          <w:tcPr>
            <w:tcW w:w="4320" w:type="dxa"/>
          </w:tcPr>
          <w:p w:rsidR="00936BE9" w:rsidRDefault="00936BE9"/>
        </w:tc>
      </w:tr>
      <w:tr w:rsidR="00936BE9">
        <w:tc>
          <w:tcPr>
            <w:tcW w:w="4320" w:type="dxa"/>
          </w:tcPr>
          <w:p w:rsidR="00936BE9" w:rsidRDefault="00936BE9"/>
        </w:tc>
        <w:tc>
          <w:tcPr>
            <w:tcW w:w="4320" w:type="dxa"/>
          </w:tcPr>
          <w:p w:rsidR="00936BE9" w:rsidRDefault="00936BE9"/>
        </w:tc>
      </w:tr>
    </w:tbl>
    <w:p w:rsidR="00992CB2" w:rsidRDefault="00992CB2"/>
    <w:p w:rsidR="002574E5" w:rsidRDefault="002574E5" w:rsidP="002574E5"/>
    <w:p w:rsidR="002574E5" w:rsidRDefault="002574E5" w:rsidP="002574E5">
      <w:bookmarkStart w:id="0" w:name="_GoBack"/>
      <w:bookmarkEnd w:id="0"/>
    </w:p>
    <w:p w:rsidR="002574E5" w:rsidRDefault="002574E5" w:rsidP="002574E5">
      <w:r>
        <w:lastRenderedPageBreak/>
        <w:t xml:space="preserve">(ENG) </w:t>
      </w:r>
    </w:p>
    <w:p w:rsidR="002574E5" w:rsidRDefault="002574E5" w:rsidP="002574E5">
      <w:pPr>
        <w:rPr>
          <w:b/>
        </w:rPr>
      </w:pPr>
      <w:r>
        <w:rPr>
          <w:b/>
        </w:rPr>
        <w:t>Application Form – Youth Workshop “Memory, Responsibility and Solidarity: Youth Facing the Lessons of the Holocaust”</w:t>
      </w:r>
    </w:p>
    <w:p w:rsidR="002574E5" w:rsidRDefault="002574E5" w:rsidP="002574E5">
      <w:r>
        <w:t>This form is intended for young people aged 20–30 who wish to participate in the workshop “Memory, Responsibility and Solidarity: Youth Facing the Lessons of the Holocaust” organized in Chisinau on February 17-18, 2026. The selection of participants will be based on motivation, civic involvement and the potential for multiplying knowledge in the community. This form must be completed and sent to the e-mail address: secretariat@ari.gov.md by February 10, 2026 inclusive.</w:t>
      </w:r>
    </w:p>
    <w:p w:rsidR="002574E5" w:rsidRDefault="002574E5" w:rsidP="002574E5"/>
    <w:p w:rsidR="002574E5" w:rsidRDefault="002574E5" w:rsidP="002574E5"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I. Personal data</w:t>
      </w:r>
    </w:p>
    <w:tbl>
      <w:tblPr>
        <w:tblStyle w:val="TableNormal"/>
        <w:tblW w:w="9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2664"/>
        <w:gridCol w:w="994"/>
        <w:gridCol w:w="1276"/>
        <w:gridCol w:w="2401"/>
      </w:tblGrid>
      <w:tr w:rsidR="002574E5" w:rsidTr="002574E5">
        <w:trPr>
          <w:trHeight w:val="431"/>
        </w:trPr>
        <w:tc>
          <w:tcPr>
            <w:tcW w:w="9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574E5" w:rsidRDefault="002574E5">
            <w:pPr>
              <w:pStyle w:val="TableParagraph"/>
              <w:spacing w:before="55"/>
              <w:ind w:left="16"/>
              <w:jc w:val="center"/>
              <w:rPr>
                <w:rFonts w:ascii="Arial MT"/>
                <w:sz w:val="28"/>
              </w:rPr>
            </w:pPr>
          </w:p>
        </w:tc>
      </w:tr>
      <w:tr w:rsidR="002574E5" w:rsidTr="002574E5">
        <w:trPr>
          <w:trHeight w:val="432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2574E5" w:rsidRDefault="002574E5">
            <w:r>
              <w:t xml:space="preserve">Name, surname of the </w:t>
            </w:r>
            <w:proofErr w:type="spellStart"/>
            <w:r>
              <w:t>aplicant</w:t>
            </w:r>
            <w:proofErr w:type="spellEnd"/>
            <w:r>
              <w:t>:</w:t>
            </w:r>
          </w:p>
        </w:tc>
        <w:tc>
          <w:tcPr>
            <w:tcW w:w="7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E5" w:rsidRDefault="002574E5"/>
        </w:tc>
      </w:tr>
      <w:tr w:rsidR="002574E5" w:rsidTr="002574E5">
        <w:trPr>
          <w:trHeight w:val="431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2574E5" w:rsidRDefault="002574E5">
            <w:r>
              <w:t>Date of birth: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E5" w:rsidRDefault="002574E5"/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2574E5" w:rsidRDefault="002574E5">
            <w:r>
              <w:t>Place of residency: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E5" w:rsidRDefault="002574E5"/>
        </w:tc>
      </w:tr>
      <w:tr w:rsidR="002574E5" w:rsidTr="002574E5">
        <w:trPr>
          <w:trHeight w:val="431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2574E5" w:rsidRDefault="002574E5">
            <w:r>
              <w:t>Phone number for contact: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E5" w:rsidRDefault="002574E5"/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2574E5" w:rsidRDefault="002574E5">
            <w:r>
              <w:t>e-mail address: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E5" w:rsidRDefault="002574E5"/>
        </w:tc>
      </w:tr>
      <w:tr w:rsidR="002574E5" w:rsidTr="002574E5">
        <w:trPr>
          <w:trHeight w:val="432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2574E5" w:rsidRDefault="002574E5">
            <w:r>
              <w:t>Ethnic belonging:</w:t>
            </w:r>
          </w:p>
        </w:tc>
        <w:tc>
          <w:tcPr>
            <w:tcW w:w="3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E5" w:rsidRDefault="002574E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2574E5" w:rsidRDefault="002574E5">
            <w:r>
              <w:t>Gender: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E5" w:rsidRDefault="002574E5"/>
        </w:tc>
      </w:tr>
    </w:tbl>
    <w:p w:rsidR="002574E5" w:rsidRDefault="002574E5" w:rsidP="002574E5">
      <w:pPr>
        <w:pStyle w:val="21"/>
      </w:pPr>
      <w:r>
        <w:t>II. Profile and civic engagement</w:t>
      </w:r>
    </w:p>
    <w:p w:rsidR="002574E5" w:rsidRDefault="002574E5" w:rsidP="002574E5">
      <w:r>
        <w:t>7. Are you part of an organization, youth center or civic initiative?</w:t>
      </w:r>
    </w:p>
    <w:tbl>
      <w:tblPr>
        <w:tblStyle w:val="aff0"/>
        <w:tblW w:w="9493" w:type="dxa"/>
        <w:tblLook w:val="04A0" w:firstRow="1" w:lastRow="0" w:firstColumn="1" w:lastColumn="0" w:noHBand="0" w:noVBand="1"/>
      </w:tblPr>
      <w:tblGrid>
        <w:gridCol w:w="3082"/>
        <w:gridCol w:w="6411"/>
      </w:tblGrid>
      <w:tr w:rsidR="002574E5" w:rsidTr="002574E5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E5" w:rsidRDefault="002574E5"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E5" w:rsidRDefault="002574E5"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2574E5" w:rsidTr="002574E5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E5" w:rsidRDefault="002574E5">
            <w:r>
              <w:t>If yes please provide the name: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E5" w:rsidRDefault="002574E5"/>
          <w:p w:rsidR="002574E5" w:rsidRDefault="002574E5"/>
        </w:tc>
      </w:tr>
    </w:tbl>
    <w:p w:rsidR="002574E5" w:rsidRDefault="002574E5" w:rsidP="002574E5"/>
    <w:p w:rsidR="002574E5" w:rsidRDefault="002574E5" w:rsidP="002574E5">
      <w:r>
        <w:t>8. Are you part of an organization, youth center or civic initiative?</w:t>
      </w:r>
    </w:p>
    <w:p w:rsidR="002574E5" w:rsidRP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pPr>
        <w:pStyle w:val="21"/>
      </w:pPr>
      <w:r>
        <w:t>III. Motivation and relevance to the project</w:t>
      </w:r>
    </w:p>
    <w:p w:rsidR="002574E5" w:rsidRDefault="002574E5" w:rsidP="002574E5">
      <w:r>
        <w:t>9. What is your motivation for participating in this workshop dedicated to Holocaust remembrance and combating discrimination? (150–200 words)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lastRenderedPageBreak/>
        <w:t>10. What knowledge or experience do you have regarding the Holocaust, human rights, non-discrimination, or hate speech?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11. Why do you think this workshop is relevant to the community or organization you are part of?</w:t>
      </w:r>
    </w:p>
    <w:p w:rsidR="002574E5" w:rsidRP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pPr>
        <w:pStyle w:val="21"/>
      </w:pPr>
      <w:r>
        <w:t>IV. Impact and Multiplication</w:t>
      </w:r>
    </w:p>
    <w:p w:rsidR="002574E5" w:rsidRDefault="002574E5" w:rsidP="002574E5">
      <w:r>
        <w:t>12. How do you intend to capitalize on and multiply the knowledge gained after the workshop (e.g. community activities, NGO, youth center, educational institution)?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_____________________________________________________________________________________</w:t>
      </w:r>
    </w:p>
    <w:p w:rsidR="002574E5" w:rsidRDefault="002574E5" w:rsidP="002574E5">
      <w:r>
        <w:t>13. Are you willing to remain involved in the informal network of young promoters of Holocaust remembrance and non-discrimination?</w:t>
      </w:r>
    </w:p>
    <w:p w:rsidR="002574E5" w:rsidRDefault="002574E5" w:rsidP="002574E5"/>
    <w:p w:rsidR="002574E5" w:rsidRDefault="002574E5" w:rsidP="002574E5">
      <w:pPr>
        <w:pStyle w:val="21"/>
      </w:pPr>
      <w:r>
        <w:t>V. Availability and declaration</w:t>
      </w:r>
    </w:p>
    <w:p w:rsidR="002574E5" w:rsidRDefault="002574E5" w:rsidP="002574E5">
      <w:r>
        <w:t>14. Do you confirm your availability to participate for the entire duration of the workshop (2–3 days)?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574E5" w:rsidTr="002574E5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E5" w:rsidRDefault="002574E5"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E5" w:rsidRDefault="002574E5"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</w:tbl>
    <w:p w:rsidR="002574E5" w:rsidRDefault="002574E5" w:rsidP="002574E5"/>
    <w:p w:rsidR="002574E5" w:rsidRDefault="002574E5" w:rsidP="002574E5"/>
    <w:p w:rsidR="002574E5" w:rsidRDefault="002574E5" w:rsidP="002574E5">
      <w:r>
        <w:t>15. Declaration:</w:t>
      </w:r>
    </w:p>
    <w:p w:rsidR="002574E5" w:rsidRDefault="002574E5" w:rsidP="002574E5">
      <w:r>
        <w:t>I confirm the accuracy of the information provided and agree to its processing for the purpose of selecting participants, in accordance with the legislation in force.</w:t>
      </w:r>
    </w:p>
    <w:p w:rsidR="002574E5" w:rsidRDefault="002574E5" w:rsidP="002574E5"/>
    <w:p w:rsidR="002574E5" w:rsidRDefault="002574E5" w:rsidP="002574E5">
      <w:r>
        <w:t>Full name, date and signature:</w:t>
      </w:r>
    </w:p>
    <w:p w:rsidR="002574E5" w:rsidRDefault="002574E5" w:rsidP="002574E5"/>
    <w:p w:rsidR="002574E5" w:rsidRDefault="002574E5" w:rsidP="002574E5"/>
    <w:p w:rsidR="002574E5" w:rsidRDefault="002574E5" w:rsidP="002574E5"/>
    <w:p w:rsidR="002574E5" w:rsidRDefault="002574E5" w:rsidP="002574E5"/>
    <w:p w:rsidR="002574E5" w:rsidRDefault="002574E5"/>
    <w:sectPr w:rsidR="002574E5" w:rsidSect="002574E5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3BF9"/>
    <w:rsid w:val="0015074B"/>
    <w:rsid w:val="001C4054"/>
    <w:rsid w:val="002574E5"/>
    <w:rsid w:val="0029639D"/>
    <w:rsid w:val="00326F90"/>
    <w:rsid w:val="00386559"/>
    <w:rsid w:val="004A0FFE"/>
    <w:rsid w:val="00802C4F"/>
    <w:rsid w:val="00936BE9"/>
    <w:rsid w:val="00992CB2"/>
    <w:rsid w:val="00AA1D8D"/>
    <w:rsid w:val="00AD158E"/>
    <w:rsid w:val="00B47730"/>
    <w:rsid w:val="00CB0664"/>
    <w:rsid w:val="00DB41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4A0FFE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A0F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aff8">
    <w:name w:val="Hyperlink"/>
    <w:basedOn w:val="a2"/>
    <w:uiPriority w:val="99"/>
    <w:unhideWhenUsed/>
    <w:rsid w:val="003865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4A0FFE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A0F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aff8">
    <w:name w:val="Hyperlink"/>
    <w:basedOn w:val="a2"/>
    <w:uiPriority w:val="99"/>
    <w:unhideWhenUsed/>
    <w:rsid w:val="003865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8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cretariat@ari.gov.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8778B1-0475-434F-B965-6C675643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1083</Words>
  <Characters>6175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2026-01-28T13:39:00Z</dcterms:created>
  <dcterms:modified xsi:type="dcterms:W3CDTF">2026-01-28T13:39:00Z</dcterms:modified>
</cp:coreProperties>
</file>